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רעיון הציונות המדינית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מרכזיות על חייו ופועלו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על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הסכם והכרה בינלאומיים כבסיס להקמת הבית הלאומי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עיתונאי ועורך דין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משפט דרייפוס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קונגרס 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מנהיגי מדינות ומעצמות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תמונה לעתיד שהוא רצה להגשים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האמין בדרך דיפלומטית והסכמים בינלאומיים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כתב על הרעיון של הקמת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נולד וגדל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בכנס זה התכנסו נציגים כדי לקדם את המטרה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פעל בכיוון ההפוך - להקמת בית לאומי ליהודים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דרייפוס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(רעיון להקים מדינה בעזרת הסכמים בינלאומיים)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(כנס נציגים לקידום הרעיון הציוני)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(שיחות עם מנהיגים להשגת הסכמות)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(תמונה לעתיד שרוצים להגשים)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(איבוד הזהות היהודית בחברה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עובד כעיתונאי ועורך דין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נחשף למשפט דרייפוס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חזונו להקמת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מתכנס הקונגרס הציוני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פועל דיפלומטית מול מנהיגי מעצמות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שהרצל האמין בהשגת הסכמה והכרה בינלאומיים כדרך יציבה ובטוחה יותר מהתיישבות ללא אישור, ותציג הבנה של החזון שלו למדינה יהודית מוכרת ומוסכמת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המבוסס על הסכמים והכרה בינלאומיים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דרייפוס בצרפת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קונגרס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קצר על מה זה חזון לפני הגשת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חלק ההתאמה בקול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איש שחלם על הקמת מדינה יהודית ופעל להשגת הכרה והסכמה בינלאומית לרעיון. בדף זה נתרגל את העובדות והמושגים המרכזיים הקשורים אליו.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מאפיין את הציונות המדינית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התיישבות שקטה בלי אישורים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והכרה בינלאומיים כבסיס להקמת הבית הלאומי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לשפה העברית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 במעצמות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המקצוע של הרצל לפני שהחל לפעול למען הרעיון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 ועורך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אירוע השפיע מאוד על הרצל וחיזק את מסקנותיו?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גילוי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מהפכה בגרמניה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הרצל כינס כדי לקדם את הרעיון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קונגרס 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פסטיבל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תערוכה מדעית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מי ניסה הרצל ליצור קשרים דיפלומטיים?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מנהיגי מדינות ומעצמות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אמנים מפורסמים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סוחרים מקומיים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המשמעות של המילה חזון בהקשר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לעתיד שהוא רצה להגשים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במדינה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שאפשר להקים בית לאומי ליהודים רק בכוח הזרוע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שבו תיאר את חזונו למדינה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וגדל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היה כנס חשוב בתולדות הרעיון הציוני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פעל להתבוללות מלאה של היהודים בחברה האירופית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פעל למען רעיון ה__________ המדינית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האמין שיש להשיג __________ בינלאומית לרעיון הציוני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כינס __________ ציוני כדי לקדם את המטרה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פעילותו הציונית הרצל עבד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משפט __________ בצרפת השפיע עמוקות על הרצל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ציונות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כנס נציגים לקידום הרעיון הציוני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קונגרס ציוני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תמונה לעתיד שרוצים להגשים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דיפלומטיה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איבוד הזהות היהודית בחברה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שיחות עם מנהיגים להשגת הסכמות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התבוללות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רעיון להקים מדינה בעזרת הסכמים בינלאומיים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חזונו להקמת מדינה יהודית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ועורך דין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פועל דיפלומטית מול מנהיגי מעצמות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נחשף למשפט דרייפוס בצרפת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הציונות המדינית ומדוע הרצל בחר בדרך הזו ולא בדרך אחרת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הציונות המדינית?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האירוע שהשפיע מאוד על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הרצל כינס כדי לקדם את רעיונותיו?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והציונות המדינית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