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והציונות המדינית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רעיון הציונות המדינית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עובדות מרכזיות על חייו ופועלו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מרכזיים על ציר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הסכם והכרה בינלאומיים כבסיס להקמת הבית הלאומי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עיתונאי ועורך דין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משפט דרייפוס בצרפת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קונגרס ציוני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מנהיגי מדינות ומעצמות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תמונה לעתיד שהוא רצה להגשים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האמין בדרך דיפלומטית והסכמים בינלאומיים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כתב על הרעיון של הקמת מדינה 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הרצל נולד וגדל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בכנס זה התכנסו נציגים כדי לקדם את המטרה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פעל בכיוון ההפוך - להקמת בית לאומי ליהודים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קונגרס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דרייפוס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(רעיון להקים מדינה בעזרת הסכמים בינלאומיים)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(כנס נציגים לקידום הרעיון הציוני)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(שיחות עם מנהיגים להשגת הסכמות)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(תמונה לעתיד שרוצים להגשים)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(איבוד הזהות היהודית בחברה אחרת)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עובד כעיתונאי ועורך דין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נחשף למשפט דרייפוס בצרפת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כותב את חזונו להקמת מדינה 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מתכנס הקונגרס הציוני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הרצל פועל דיפלומטית מול מנהיגי מעצמות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שהרצל האמין בהשגת הסכמה והכרה בינלאומיים כדרך יציבה ובטוחה יותר מהתיישבות ללא אישור, ותציג הבנה של החזון שלו למדינה יהודית מוכרת ומוסכמת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רעיון המבוסס על הסכמים והכרה בינלאומיים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דרייפוס בצרפת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קונגרס ציוני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בדיון קצר על מה זה חזון לפני הגשת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חלק ההתאמה בקול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והציונות המדינית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רצה להקים מדינה ליהודים. הוא דיבר עם מנהיגים חשובים בעולם. נלמד עליו דברים פשוטים.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 מדינית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להקים מדינה יהודית בעזרת הסכמים והכרה בינלאומיים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הבית הלאומי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לרעיון של מקום קבוע ובטוח ליהודים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הקונגרס הציוני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כנס גדול של נציגים יהודים שדן בהקמת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אשכנז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באזור הזה (אירופה) חי הרצל רוב חייו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מעצמות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מדינות חזקות ומשפיעות בעולם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התבוללות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יהודים מאבדים את הזהות היהודית שלהם בתוך חברה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או רעיון לעתיד שאדם שואף להגשים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דיפלומטיה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שיחות ומגעים בין מנהיגים כדי להשיג הסכמות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הרצל רצה לעשות כדי להקים 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התיישבות שקטה בלי אישורים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הסכם והכרה בינלאומיים כבסיס להקמת הבית הלאומי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מעבר לשפה העברית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מלחמה במעצמות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הרצל עבד?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עיתונאי ועורך דין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משפט מפורסם השפיע על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דרייפוס 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מלחמת העולם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גילוי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מהפכה בגרמניה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כנס הרצל ארגן?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קונגרס ציוני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פסטיבל 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תערוכה מדעית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עם מי הרצל דיבר כדי לקדם את הרעיון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מנהיגי מדינות ומעצמות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אמנים מפורסמים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ספורטאים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סוחרים מקומיים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חזון?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לעתיד שהוא רצה להגשים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זיכרון מהעבר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במדינה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האמין שאפשר להקים בית לאומי ליהודים רק בכוח הזרוע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ספר שבו תיאר את חזונו למדינה יהודית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וגדל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היה כנס חשוב בתולדות הרעיון הציוני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פעל להתבוללות מלאה של היהודים בחברה האירופית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פעל למען רעיון ה__________ המדינית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הרצל האמין שיש להשיג __________ בינלאומית לרעיון הציוני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הרצל כינס __________ ציוני כדי לקדם את המטרה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פעילותו הציונית הרצל עבד כ__________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משפט __________ בצרפת השפיע עמוקות על הרצל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ציונות מדינית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איבוד הזהות היהודית בחברה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קונגרס ציוני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תמונה לעתיד שרוצים להגשים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דיפלומטיה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כנס נציגים לקידום הרעיון הציוני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חזון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שיחות עם מנהיגים להשגת הסכמות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התבוללות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רעיון להקים מדינה בעזרת הסכמים בינלאומיים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כותב את חזונו להקמת מדינה יהודית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מתכנס הקונגרס הציוני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פועל דיפלומטית מול מנהיגי מעצמות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נחשף למשפט דרייפוס בצרפת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עובד כעיתונאי ועורך דין באירופה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הציונות המדינית ומדוע הרצל בחר בדרך הזו ולא בדרך אחרת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הציונות המדינית?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האירוע שהשפיע מאוד על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הרצל כינס כדי לקדם את רעיונותיו?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והציונות המדינית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